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63BC3" w14:textId="6EF786CB" w:rsidR="00675CE0" w:rsidRDefault="00000000" w:rsidP="006A5FE8">
      <w:pPr>
        <w:spacing w:after="0" w:line="240" w:lineRule="auto"/>
        <w:jc w:val="center"/>
        <w:rPr>
          <w:rFonts w:ascii="Aptos Black" w:hAnsi="Aptos Black"/>
          <w:b/>
          <w:color w:val="1F2A24"/>
          <w:sz w:val="72"/>
          <w:szCs w:val="40"/>
        </w:rPr>
      </w:pPr>
      <w:r w:rsidRPr="006A5FE8">
        <w:rPr>
          <w:rFonts w:ascii="Aptos Black" w:hAnsi="Aptos Black"/>
          <w:b/>
          <w:color w:val="1F2A24"/>
          <w:sz w:val="72"/>
          <w:szCs w:val="40"/>
        </w:rPr>
        <w:t xml:space="preserve">HIMALAYAN PLEIN AIR </w:t>
      </w:r>
    </w:p>
    <w:p w14:paraId="6EC1BF8D" w14:textId="4CC2F9D7" w:rsidR="006A5FE8" w:rsidRPr="006A5FE8" w:rsidRDefault="006A5FE8" w:rsidP="006A5FE8">
      <w:pPr>
        <w:spacing w:after="0" w:line="240" w:lineRule="auto"/>
        <w:jc w:val="center"/>
        <w:rPr>
          <w:rFonts w:ascii="Aptos ExtraBold" w:hAnsi="Aptos ExtraBold"/>
          <w:sz w:val="36"/>
          <w:szCs w:val="36"/>
        </w:rPr>
      </w:pPr>
      <w:r w:rsidRPr="006A5FE8">
        <w:rPr>
          <w:rFonts w:ascii="Aptos ExtraBold" w:hAnsi="Aptos ExtraBold"/>
          <w:b/>
          <w:color w:val="1F2A24"/>
          <w:sz w:val="56"/>
          <w:szCs w:val="36"/>
        </w:rPr>
        <w:t>Mastiff Wildcrest 2027 edition</w:t>
      </w:r>
    </w:p>
    <w:p w14:paraId="3C8F588B" w14:textId="77777777" w:rsidR="00675CE0" w:rsidRPr="006A5FE8" w:rsidRDefault="00000000">
      <w:pPr>
        <w:jc w:val="center"/>
        <w:rPr>
          <w:rFonts w:ascii="Aptos" w:hAnsi="Aptos"/>
          <w:color w:val="00B050"/>
        </w:rPr>
      </w:pPr>
      <w:r w:rsidRPr="006A5FE8">
        <w:rPr>
          <w:rFonts w:ascii="Aptos" w:hAnsi="Aptos"/>
          <w:b/>
          <w:color w:val="00B050"/>
          <w:sz w:val="26"/>
        </w:rPr>
        <w:t>ARTIST DELEGATION APPLICATION FORM</w:t>
      </w:r>
    </w:p>
    <w:p w14:paraId="6244A8E2" w14:textId="49318DE4" w:rsidR="00675CE0" w:rsidRPr="006A5FE8" w:rsidRDefault="00000000">
      <w:pPr>
        <w:jc w:val="center"/>
        <w:rPr>
          <w:rFonts w:ascii="Aptos" w:hAnsi="Aptos"/>
        </w:rPr>
      </w:pPr>
      <w:r w:rsidRPr="006A5FE8">
        <w:rPr>
          <w:rFonts w:ascii="Aptos" w:hAnsi="Aptos"/>
          <w:i/>
          <w:color w:val="333333"/>
          <w:sz w:val="19"/>
        </w:rPr>
        <w:t>Residency Dates: 24th February – 10th March 2027 (15 Days) | Location: Mastiff Wildcrest, Gopalpur, HP</w:t>
      </w:r>
      <w:r w:rsidRPr="006A5FE8">
        <w:rPr>
          <w:rFonts w:ascii="Aptos" w:hAnsi="Aptos"/>
          <w:i/>
          <w:color w:val="333333"/>
          <w:sz w:val="19"/>
        </w:rPr>
        <w:br/>
        <w:t xml:space="preserve">Title Host Partner: </w:t>
      </w:r>
      <w:r w:rsidR="006A5FE8" w:rsidRPr="006A5FE8">
        <w:rPr>
          <w:rFonts w:ascii="Aptos" w:hAnsi="Aptos"/>
          <w:i/>
          <w:color w:val="333333"/>
          <w:sz w:val="19"/>
        </w:rPr>
        <w:t>Mastiff</w:t>
      </w:r>
      <w:r w:rsidRPr="006A5FE8">
        <w:rPr>
          <w:rFonts w:ascii="Aptos" w:hAnsi="Aptos"/>
          <w:i/>
          <w:color w:val="333333"/>
          <w:sz w:val="19"/>
        </w:rPr>
        <w:t xml:space="preserve"> Hotels | Curator: Arijeet Chanda</w:t>
      </w:r>
    </w:p>
    <w:p w14:paraId="7F0FBE83" w14:textId="77777777" w:rsidR="00675CE0" w:rsidRDefault="00675CE0">
      <w:pPr>
        <w:spacing w:after="120"/>
      </w:pPr>
    </w:p>
    <w:p w14:paraId="1A0CB4AF" w14:textId="77777777" w:rsidR="00675CE0" w:rsidRPr="006A5FE8" w:rsidRDefault="00000000">
      <w:pPr>
        <w:keepNext/>
        <w:spacing w:before="240" w:after="80"/>
        <w:rPr>
          <w:rFonts w:ascii="Aptos" w:hAnsi="Aptos"/>
        </w:rPr>
      </w:pPr>
      <w:r w:rsidRPr="006A5FE8">
        <w:rPr>
          <w:rFonts w:ascii="Aptos" w:hAnsi="Aptos"/>
          <w:b/>
          <w:color w:val="1F2A24"/>
        </w:rPr>
        <w:t>1. PERSONAL &amp; CONTACT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912"/>
      </w:tblGrid>
      <w:tr w:rsidR="00675CE0" w:rsidRPr="006A5FE8" w14:paraId="3160677C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7C523F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Full Legal Name (as in Passport)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6C2F53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Enter Full Name ]</w:t>
            </w:r>
          </w:p>
        </w:tc>
      </w:tr>
      <w:tr w:rsidR="00675CE0" w:rsidRPr="006A5FE8" w14:paraId="70CB58F2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6EBBD7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Artist / Preferred Name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28FEFF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Enter Preferred Name ]</w:t>
            </w:r>
          </w:p>
        </w:tc>
      </w:tr>
      <w:tr w:rsidR="00675CE0" w:rsidRPr="006A5FE8" w14:paraId="511C728B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2033B9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Date of Birth &amp; Gender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D2B22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DD / MM / YYYY | Gender ]</w:t>
            </w:r>
          </w:p>
        </w:tc>
      </w:tr>
      <w:tr w:rsidR="00675CE0" w:rsidRPr="006A5FE8" w14:paraId="6FA136A0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632B5E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Nationality &amp; Passport Country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8C11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Nationality / Passport Country ]</w:t>
            </w:r>
          </w:p>
        </w:tc>
      </w:tr>
      <w:tr w:rsidR="00675CE0" w:rsidRPr="006A5FE8" w14:paraId="23E8C69A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B978C9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Residential Address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5B76C8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Full Street Address, City, Country, Postal Code ]</w:t>
            </w:r>
          </w:p>
        </w:tc>
      </w:tr>
      <w:tr w:rsidR="00675CE0" w:rsidRPr="006A5FE8" w14:paraId="0D3951E6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17C3A9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Mobile Number &amp; WhatsApp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B9E956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+Country Code Mobile / WhatsApp ]</w:t>
            </w:r>
          </w:p>
        </w:tc>
      </w:tr>
      <w:tr w:rsidR="00675CE0" w:rsidRPr="006A5FE8" w14:paraId="77D7E249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07AD3C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Email Address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8DB7FB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Primary Email Address ]</w:t>
            </w:r>
          </w:p>
        </w:tc>
      </w:tr>
      <w:tr w:rsidR="00675CE0" w:rsidRPr="006A5FE8" w14:paraId="70D1DB22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10FD03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Emergency Contact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C7248C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Contact Name, Relationship &amp; Phone Number ]</w:t>
            </w:r>
          </w:p>
        </w:tc>
      </w:tr>
    </w:tbl>
    <w:p w14:paraId="3DD0A41C" w14:textId="77777777" w:rsidR="00675CE0" w:rsidRPr="006A5FE8" w:rsidRDefault="00675CE0">
      <w:pPr>
        <w:spacing w:after="80"/>
        <w:rPr>
          <w:rFonts w:ascii="Aptos" w:hAnsi="Aptos"/>
        </w:rPr>
      </w:pPr>
    </w:p>
    <w:p w14:paraId="08348A49" w14:textId="77777777" w:rsidR="00675CE0" w:rsidRPr="006A5FE8" w:rsidRDefault="00000000">
      <w:pPr>
        <w:keepNext/>
        <w:spacing w:before="240" w:after="80"/>
        <w:rPr>
          <w:rFonts w:ascii="Aptos" w:hAnsi="Aptos"/>
        </w:rPr>
      </w:pPr>
      <w:r w:rsidRPr="006A5FE8">
        <w:rPr>
          <w:rFonts w:ascii="Aptos" w:hAnsi="Aptos"/>
          <w:b/>
          <w:color w:val="1F2A24"/>
        </w:rPr>
        <w:t>2. PROFESSIONAL ARTISTIC PROFILE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912"/>
      </w:tblGrid>
      <w:tr w:rsidR="00675CE0" w:rsidRPr="006A5FE8" w14:paraId="663CD8DB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A9CA44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Primary Medium(s)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C171F0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 ] Oil   [  ] Acrylic   [  ] Watercolor   [  ] Pastel   [  ] Other: _______</w:t>
            </w:r>
          </w:p>
        </w:tc>
      </w:tr>
      <w:tr w:rsidR="00675CE0" w:rsidRPr="006A5FE8" w14:paraId="53066BBF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582D23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Years of Professional Practice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C880EB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 ] 3–5 Years   [  ] 5–10 Years   [  ] 10+ Years</w:t>
            </w:r>
          </w:p>
        </w:tc>
      </w:tr>
      <w:tr w:rsidR="00675CE0" w:rsidRPr="006A5FE8" w14:paraId="5D359C45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6056F4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Website / Online Portfolio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F49CF0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https://... ]</w:t>
            </w:r>
          </w:p>
        </w:tc>
      </w:tr>
      <w:tr w:rsidR="00675CE0" w:rsidRPr="006A5FE8" w14:paraId="31F9C971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8F149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Social Media Handles (Instagram/FB)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0D5EC8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@Instagram_Handle / Facebook Page ]</w:t>
            </w:r>
          </w:p>
        </w:tc>
      </w:tr>
      <w:tr w:rsidR="00675CE0" w:rsidRPr="006A5FE8" w14:paraId="47AA8EBE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B1C306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Artist Bio &amp; Statement (100–150 words)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93A840" w14:textId="450AFFB5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Provide a brief summary of your creative background, artistic style, and core themes ]</w:t>
            </w:r>
            <w:r w:rsidR="006A5FE8" w:rsidRPr="006A5FE8">
              <w:rPr>
                <w:rFonts w:ascii="Aptos" w:hAnsi="Aptos"/>
                <w:color w:val="777777"/>
                <w:sz w:val="19"/>
              </w:rPr>
              <w:t>/ or attach Bio</w:t>
            </w:r>
          </w:p>
        </w:tc>
      </w:tr>
      <w:tr w:rsidR="00675CE0" w:rsidRPr="006A5FE8" w14:paraId="06371BCD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32F3A6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Plein-Air / Outdoor Experience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BA2556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Describe previous outdoor painting experience, residencies, or outdoor art festivals ]</w:t>
            </w:r>
          </w:p>
        </w:tc>
      </w:tr>
    </w:tbl>
    <w:p w14:paraId="0B324CDC" w14:textId="77777777" w:rsidR="00675CE0" w:rsidRPr="006A5FE8" w:rsidRDefault="00675CE0">
      <w:pPr>
        <w:spacing w:after="80"/>
        <w:rPr>
          <w:rFonts w:ascii="Aptos" w:hAnsi="Aptos"/>
        </w:rPr>
      </w:pPr>
    </w:p>
    <w:p w14:paraId="23BB4F0B" w14:textId="77777777" w:rsidR="00675CE0" w:rsidRPr="006A5FE8" w:rsidRDefault="00000000">
      <w:pPr>
        <w:keepNext/>
        <w:spacing w:before="240" w:after="80"/>
        <w:rPr>
          <w:rFonts w:ascii="Aptos" w:hAnsi="Aptos"/>
        </w:rPr>
      </w:pPr>
      <w:r w:rsidRPr="006A5FE8">
        <w:rPr>
          <w:rFonts w:ascii="Aptos" w:hAnsi="Aptos"/>
          <w:b/>
          <w:color w:val="1F2A24"/>
        </w:rPr>
        <w:t>3. TRAVEL, VISA &amp; ACCOMMODATION PREFERENCES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912"/>
      </w:tblGrid>
      <w:tr w:rsidR="00675CE0" w:rsidRPr="006A5FE8" w14:paraId="4A174546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D41889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Passport Number &amp; Expiry Date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BE1ACE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Passport No. | Expiration Date (min 6 mos validity) ]</w:t>
            </w:r>
          </w:p>
        </w:tc>
      </w:tr>
      <w:tr w:rsidR="00675CE0" w:rsidRPr="006A5FE8" w14:paraId="3D6270F6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C9729B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Nearest Departure Airport / City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3E9EE4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Airport Code / City ]</w:t>
            </w:r>
          </w:p>
        </w:tc>
      </w:tr>
      <w:tr w:rsidR="00675CE0" w:rsidRPr="006A5FE8" w14:paraId="706A39F8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9468EF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lastRenderedPageBreak/>
              <w:t>Visa Recommendation Letter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8A4AF3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 ] Required (International Artist)    [  ] Not Required (Indian National)</w:t>
            </w:r>
          </w:p>
        </w:tc>
      </w:tr>
      <w:tr w:rsidR="00675CE0" w:rsidRPr="006A5FE8" w14:paraId="32C34FCA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EDC4D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Dietary Preferences / Restrictions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963D88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 ] Vegetarian   [  ] Non-Vegetarian   [  ] Vegan   [  ] Allergies: _______</w:t>
            </w:r>
          </w:p>
        </w:tc>
      </w:tr>
      <w:tr w:rsidR="00675CE0" w:rsidRPr="006A5FE8" w14:paraId="09DAE17B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D8D9DE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Field Equipment &amp; Easel Needs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2AD930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 ] Bringing Own Pochade/Field Easel    [  ] Requesting On-Site Heavy Easel</w:t>
            </w:r>
          </w:p>
        </w:tc>
      </w:tr>
    </w:tbl>
    <w:p w14:paraId="2D08D366" w14:textId="77777777" w:rsidR="00675CE0" w:rsidRPr="006A5FE8" w:rsidRDefault="00675CE0">
      <w:pPr>
        <w:spacing w:after="80"/>
        <w:rPr>
          <w:rFonts w:ascii="Aptos" w:hAnsi="Aptos"/>
        </w:rPr>
      </w:pPr>
    </w:p>
    <w:p w14:paraId="46A2ADDF" w14:textId="77777777" w:rsidR="00675CE0" w:rsidRPr="006A5FE8" w:rsidRDefault="00000000">
      <w:pPr>
        <w:keepNext/>
        <w:spacing w:before="240" w:after="80"/>
        <w:rPr>
          <w:rFonts w:ascii="Aptos" w:hAnsi="Aptos"/>
        </w:rPr>
      </w:pPr>
      <w:r w:rsidRPr="006A5FE8">
        <w:rPr>
          <w:rFonts w:ascii="Aptos" w:hAnsi="Aptos"/>
          <w:b/>
          <w:color w:val="1F2A24"/>
        </w:rPr>
        <w:t>4. PORTFOLIO SUBMISSION &amp; ARTWORK SAMPLES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912"/>
      </w:tblGrid>
      <w:tr w:rsidR="00675CE0" w:rsidRPr="006A5FE8" w14:paraId="3757E93D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5183B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Artwork Sample 1 Title &amp; Medium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AF6F90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Title, Medium, Dimensions, Year ]</w:t>
            </w:r>
          </w:p>
        </w:tc>
      </w:tr>
      <w:tr w:rsidR="00675CE0" w:rsidRPr="006A5FE8" w14:paraId="41F7E9A0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9BA1CD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Artwork Sample 2 Title &amp; Medium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9B0ABD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Title, Medium, Dimensions, Year ]</w:t>
            </w:r>
          </w:p>
        </w:tc>
      </w:tr>
      <w:tr w:rsidR="00675CE0" w:rsidRPr="006A5FE8" w14:paraId="16C1AD81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A675B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Artwork Sample 3 Title &amp; Medium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EBEBCC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Title, Medium, Dimensions, Year ]</w:t>
            </w:r>
          </w:p>
        </w:tc>
      </w:tr>
      <w:tr w:rsidR="00675CE0" w:rsidRPr="006A5FE8" w14:paraId="48A5EAA9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29F0C7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Digital Portfolio Drive Link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06BDA3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Link to Google Drive / Dropbox with high-res artwork images ]</w:t>
            </w:r>
          </w:p>
        </w:tc>
      </w:tr>
    </w:tbl>
    <w:p w14:paraId="20282412" w14:textId="77777777" w:rsidR="00675CE0" w:rsidRPr="006A5FE8" w:rsidRDefault="00675CE0">
      <w:pPr>
        <w:spacing w:after="80"/>
        <w:rPr>
          <w:rFonts w:ascii="Aptos" w:hAnsi="Aptos"/>
        </w:rPr>
      </w:pPr>
    </w:p>
    <w:p w14:paraId="3EFC95BD" w14:textId="77777777" w:rsidR="00675CE0" w:rsidRPr="006A5FE8" w:rsidRDefault="00000000">
      <w:pPr>
        <w:keepNext/>
        <w:spacing w:before="240" w:after="80"/>
        <w:rPr>
          <w:rFonts w:ascii="Aptos" w:hAnsi="Aptos"/>
        </w:rPr>
      </w:pPr>
      <w:r w:rsidRPr="006A5FE8">
        <w:rPr>
          <w:rFonts w:ascii="Aptos" w:hAnsi="Aptos"/>
          <w:b/>
          <w:color w:val="1F2A24"/>
        </w:rPr>
        <w:t>5. TERMS, DECLARATIONS &amp; APPLICANT SIGNATURE</w:t>
      </w:r>
    </w:p>
    <w:p w14:paraId="7B094D45" w14:textId="77777777" w:rsidR="00675CE0" w:rsidRPr="006A5FE8" w:rsidRDefault="00000000">
      <w:pPr>
        <w:spacing w:after="120"/>
        <w:rPr>
          <w:rFonts w:ascii="Aptos" w:hAnsi="Aptos"/>
        </w:rPr>
      </w:pPr>
      <w:r w:rsidRPr="006A5FE8">
        <w:rPr>
          <w:rFonts w:ascii="Aptos" w:hAnsi="Aptos"/>
          <w:b/>
          <w:sz w:val="18"/>
        </w:rPr>
        <w:t>By submitting this application, I confirm and agree to the following residency terms:</w:t>
      </w:r>
      <w:r w:rsidRPr="006A5FE8">
        <w:rPr>
          <w:rFonts w:ascii="Aptos" w:hAnsi="Aptos"/>
          <w:b/>
          <w:sz w:val="18"/>
        </w:rPr>
        <w:br/>
      </w:r>
    </w:p>
    <w:p w14:paraId="2EE65990" w14:textId="77777777" w:rsidR="00675CE0" w:rsidRPr="006A5FE8" w:rsidRDefault="00000000">
      <w:pPr>
        <w:spacing w:after="60"/>
        <w:ind w:left="288"/>
        <w:rPr>
          <w:rFonts w:ascii="Aptos" w:hAnsi="Aptos"/>
        </w:rPr>
      </w:pPr>
      <w:r w:rsidRPr="006A5FE8">
        <w:rPr>
          <w:rFonts w:ascii="Aptos" w:hAnsi="Aptos"/>
          <w:color w:val="333333"/>
          <w:sz w:val="17"/>
        </w:rPr>
        <w:t>1. Full Participation: I commit to participating in the 15-day residency program (24th Feb – 10th Mar 2027) in Kangra Valley.</w:t>
      </w:r>
    </w:p>
    <w:p w14:paraId="5606A8C7" w14:textId="77777777" w:rsidR="00675CE0" w:rsidRPr="006A5FE8" w:rsidRDefault="00000000">
      <w:pPr>
        <w:spacing w:after="60"/>
        <w:ind w:left="288"/>
        <w:rPr>
          <w:rFonts w:ascii="Aptos" w:hAnsi="Aptos"/>
        </w:rPr>
      </w:pPr>
      <w:r w:rsidRPr="006A5FE8">
        <w:rPr>
          <w:rFonts w:ascii="Aptos" w:hAnsi="Aptos"/>
          <w:color w:val="333333"/>
          <w:sz w:val="17"/>
        </w:rPr>
        <w:t>2. Artwork Deliverables: I agree to create at least 2 completed plein-air artworks during the residency and contribute 1 painting response inspired by Kangra regional heritage.</w:t>
      </w:r>
    </w:p>
    <w:p w14:paraId="5885AE5D" w14:textId="3155D6EE" w:rsidR="00675CE0" w:rsidRPr="006A5FE8" w:rsidRDefault="00000000">
      <w:pPr>
        <w:spacing w:after="60"/>
        <w:ind w:left="288"/>
        <w:rPr>
          <w:rFonts w:ascii="Aptos" w:hAnsi="Aptos"/>
        </w:rPr>
      </w:pPr>
      <w:r w:rsidRPr="006A5FE8">
        <w:rPr>
          <w:rFonts w:ascii="Aptos" w:hAnsi="Aptos"/>
          <w:color w:val="333333"/>
          <w:sz w:val="17"/>
        </w:rPr>
        <w:t xml:space="preserve">3. Commercial Sales Share: I understand that I retain </w:t>
      </w:r>
      <w:r w:rsidR="006A5FE8" w:rsidRPr="006A5FE8">
        <w:rPr>
          <w:rFonts w:ascii="Aptos" w:hAnsi="Aptos"/>
          <w:color w:val="333333"/>
          <w:sz w:val="17"/>
        </w:rPr>
        <w:t>7</w:t>
      </w:r>
      <w:r w:rsidRPr="006A5FE8">
        <w:rPr>
          <w:rFonts w:ascii="Aptos" w:hAnsi="Aptos"/>
          <w:color w:val="333333"/>
          <w:sz w:val="17"/>
        </w:rPr>
        <w:t>0% of all sales revenue from artworks sold during the public pop-up exhibition</w:t>
      </w:r>
      <w:r w:rsidR="006A5FE8" w:rsidRPr="006A5FE8">
        <w:rPr>
          <w:rFonts w:ascii="Aptos" w:hAnsi="Aptos"/>
          <w:color w:val="333333"/>
          <w:sz w:val="17"/>
        </w:rPr>
        <w:t xml:space="preserve"> (If sold during exhibition sale)</w:t>
      </w:r>
    </w:p>
    <w:p w14:paraId="1B7EF7FC" w14:textId="7EB4E01F" w:rsidR="00675CE0" w:rsidRPr="006A5FE8" w:rsidRDefault="00000000">
      <w:pPr>
        <w:spacing w:after="60"/>
        <w:ind w:left="288"/>
        <w:rPr>
          <w:rFonts w:ascii="Aptos" w:hAnsi="Aptos"/>
        </w:rPr>
      </w:pPr>
      <w:r w:rsidRPr="006A5FE8">
        <w:rPr>
          <w:rFonts w:ascii="Aptos" w:hAnsi="Aptos"/>
          <w:color w:val="333333"/>
          <w:sz w:val="17"/>
        </w:rPr>
        <w:t>4. Hosting Entitlements: I acknowledge that 15 nights stay at Mastiff Wildcrest, meals at Tangelo</w:t>
      </w:r>
      <w:r w:rsidR="006A5FE8" w:rsidRPr="006A5FE8">
        <w:rPr>
          <w:rFonts w:ascii="Aptos" w:hAnsi="Aptos"/>
          <w:color w:val="333333"/>
          <w:sz w:val="17"/>
        </w:rPr>
        <w:t xml:space="preserve"> </w:t>
      </w:r>
      <w:r w:rsidRPr="006A5FE8">
        <w:rPr>
          <w:rFonts w:ascii="Aptos" w:hAnsi="Aptos"/>
          <w:color w:val="333333"/>
          <w:sz w:val="17"/>
        </w:rPr>
        <w:t xml:space="preserve">are hosted by </w:t>
      </w:r>
      <w:r w:rsidR="006A5FE8" w:rsidRPr="006A5FE8">
        <w:rPr>
          <w:rFonts w:ascii="Aptos" w:hAnsi="Aptos"/>
          <w:color w:val="333333"/>
          <w:sz w:val="17"/>
        </w:rPr>
        <w:t>Mastiff Wildcrest hotel, Gopalpur</w:t>
      </w:r>
      <w:r w:rsidRPr="006A5FE8">
        <w:rPr>
          <w:rFonts w:ascii="Aptos" w:hAnsi="Aptos"/>
          <w:color w:val="333333"/>
          <w:sz w:val="17"/>
        </w:rPr>
        <w:t>.</w:t>
      </w:r>
      <w:r w:rsidR="006A5FE8" w:rsidRPr="006A5FE8">
        <w:rPr>
          <w:rFonts w:ascii="Aptos" w:hAnsi="Aptos"/>
          <w:color w:val="333333"/>
          <w:sz w:val="17"/>
        </w:rPr>
        <w:t xml:space="preserve"> I understand I would be carrying my own painting tools for plein air, however art </w:t>
      </w:r>
      <w:r w:rsidR="00396EF9" w:rsidRPr="006A5FE8">
        <w:rPr>
          <w:rFonts w:ascii="Aptos" w:hAnsi="Aptos"/>
          <w:color w:val="333333"/>
          <w:sz w:val="17"/>
        </w:rPr>
        <w:t>canvases</w:t>
      </w:r>
      <w:r w:rsidR="006A5FE8" w:rsidRPr="006A5FE8">
        <w:rPr>
          <w:rFonts w:ascii="Aptos" w:hAnsi="Aptos"/>
          <w:color w:val="333333"/>
          <w:sz w:val="17"/>
        </w:rPr>
        <w:t xml:space="preserve"> would be provided by the curator</w:t>
      </w:r>
    </w:p>
    <w:p w14:paraId="70FC3BFC" w14:textId="77777777" w:rsidR="00675CE0" w:rsidRPr="006A5FE8" w:rsidRDefault="00000000">
      <w:pPr>
        <w:spacing w:after="60"/>
        <w:ind w:left="288"/>
        <w:rPr>
          <w:rFonts w:ascii="Aptos" w:hAnsi="Aptos"/>
        </w:rPr>
      </w:pPr>
      <w:r w:rsidRPr="006A5FE8">
        <w:rPr>
          <w:rFonts w:ascii="Aptos" w:hAnsi="Aptos"/>
          <w:color w:val="333333"/>
          <w:sz w:val="17"/>
        </w:rPr>
        <w:t>5. Image &amp; Media Consent: I grant permission for event organizers to use high-resolution photographs of my created artworks and residency activities for cultural archives, catalogs, and exhibition PR.</w:t>
      </w:r>
    </w:p>
    <w:p w14:paraId="179630A7" w14:textId="77777777" w:rsidR="00675CE0" w:rsidRPr="006A5FE8" w:rsidRDefault="00675CE0">
      <w:pPr>
        <w:spacing w:after="120"/>
        <w:rPr>
          <w:rFonts w:ascii="Aptos" w:hAnsi="Apto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912"/>
      </w:tblGrid>
      <w:tr w:rsidR="00675CE0" w:rsidRPr="006A5FE8" w14:paraId="09EFDDB8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D5451D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Applicant Digital Signature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C9708E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Type / Upload Signature ]</w:t>
            </w:r>
          </w:p>
        </w:tc>
      </w:tr>
      <w:tr w:rsidR="00675CE0" w:rsidRPr="006A5FE8" w14:paraId="3933DBFC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197F0F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b/>
                <w:color w:val="333333"/>
                <w:sz w:val="19"/>
              </w:rPr>
              <w:t>Date of Application</w:t>
            </w:r>
          </w:p>
        </w:tc>
        <w:tc>
          <w:tcPr>
            <w:tcW w:w="69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2C4A87" w14:textId="77777777" w:rsidR="00675CE0" w:rsidRPr="006A5FE8" w:rsidRDefault="00000000">
            <w:pPr>
              <w:spacing w:after="0"/>
              <w:rPr>
                <w:rFonts w:ascii="Aptos" w:hAnsi="Aptos"/>
              </w:rPr>
            </w:pPr>
            <w:r w:rsidRPr="006A5FE8">
              <w:rPr>
                <w:rFonts w:ascii="Aptos" w:hAnsi="Aptos"/>
                <w:color w:val="777777"/>
                <w:sz w:val="19"/>
              </w:rPr>
              <w:t>[ DD / MM / YYYY ]</w:t>
            </w:r>
          </w:p>
        </w:tc>
      </w:tr>
    </w:tbl>
    <w:p w14:paraId="158B1C34" w14:textId="77777777" w:rsidR="00675CE0" w:rsidRPr="006A5FE8" w:rsidRDefault="00675CE0">
      <w:pPr>
        <w:spacing w:after="80"/>
        <w:rPr>
          <w:rFonts w:ascii="Aptos" w:hAnsi="Aptos"/>
        </w:rPr>
      </w:pPr>
    </w:p>
    <w:p w14:paraId="14C5BF93" w14:textId="15930FBC" w:rsidR="00675CE0" w:rsidRPr="006A5FE8" w:rsidRDefault="00000000">
      <w:pPr>
        <w:spacing w:before="240"/>
        <w:jc w:val="center"/>
        <w:rPr>
          <w:rFonts w:ascii="Aptos" w:hAnsi="Aptos"/>
        </w:rPr>
      </w:pPr>
      <w:r w:rsidRPr="006A5FE8">
        <w:rPr>
          <w:rFonts w:ascii="Aptos" w:hAnsi="Aptos"/>
          <w:i/>
          <w:color w:val="333333"/>
          <w:sz w:val="17"/>
        </w:rPr>
        <w:t xml:space="preserve">Please submit completed form to: </w:t>
      </w:r>
      <w:r w:rsidR="00396EF9">
        <w:rPr>
          <w:rFonts w:ascii="Aptos" w:hAnsi="Aptos"/>
          <w:i/>
          <w:color w:val="333333"/>
          <w:sz w:val="17"/>
        </w:rPr>
        <w:t>arijeet@himalayanpleinair</w:t>
      </w:r>
      <w:r w:rsidRPr="006A5FE8">
        <w:rPr>
          <w:rFonts w:ascii="Aptos" w:hAnsi="Aptos"/>
          <w:i/>
          <w:color w:val="333333"/>
          <w:sz w:val="17"/>
        </w:rPr>
        <w:t>.com | Website: himalayanpleinair.com</w:t>
      </w:r>
    </w:p>
    <w:sectPr w:rsidR="00675CE0" w:rsidRPr="006A5FE8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4520480">
    <w:abstractNumId w:val="8"/>
  </w:num>
  <w:num w:numId="2" w16cid:durableId="860630950">
    <w:abstractNumId w:val="6"/>
  </w:num>
  <w:num w:numId="3" w16cid:durableId="1872255016">
    <w:abstractNumId w:val="5"/>
  </w:num>
  <w:num w:numId="4" w16cid:durableId="1147547287">
    <w:abstractNumId w:val="4"/>
  </w:num>
  <w:num w:numId="5" w16cid:durableId="1987127616">
    <w:abstractNumId w:val="7"/>
  </w:num>
  <w:num w:numId="6" w16cid:durableId="77479697">
    <w:abstractNumId w:val="3"/>
  </w:num>
  <w:num w:numId="7" w16cid:durableId="1783765581">
    <w:abstractNumId w:val="2"/>
  </w:num>
  <w:num w:numId="8" w16cid:durableId="1898205714">
    <w:abstractNumId w:val="1"/>
  </w:num>
  <w:num w:numId="9" w16cid:durableId="1730955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195"/>
    <w:rsid w:val="0029639D"/>
    <w:rsid w:val="00326F90"/>
    <w:rsid w:val="00396EF9"/>
    <w:rsid w:val="00462330"/>
    <w:rsid w:val="00675CE0"/>
    <w:rsid w:val="006A5FE8"/>
    <w:rsid w:val="0080772D"/>
    <w:rsid w:val="00AA1D8D"/>
    <w:rsid w:val="00B226F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F59431"/>
  <w14:defaultImageDpi w14:val="300"/>
  <w15:docId w15:val="{294DA06D-1783-4F48-A045-21227C01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Arijeet Chanda</cp:lastModifiedBy>
  <cp:revision>3</cp:revision>
  <dcterms:created xsi:type="dcterms:W3CDTF">2026-10-12T16:46:00Z</dcterms:created>
  <dcterms:modified xsi:type="dcterms:W3CDTF">2026-10-12T19:44:00Z</dcterms:modified>
  <cp:category/>
</cp:coreProperties>
</file>